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0F54E" w14:textId="77777777" w:rsidR="009846C1" w:rsidRDefault="009846C1">
      <w:pPr>
        <w:spacing w:after="480"/>
        <w:jc w:val="center"/>
        <w:rPr>
          <w:b/>
          <w:sz w:val="28"/>
        </w:rPr>
      </w:pPr>
    </w:p>
    <w:p w14:paraId="29B246E2" w14:textId="31613C3E" w:rsidR="00403BC7" w:rsidRDefault="00000000">
      <w:pPr>
        <w:spacing w:after="480"/>
        <w:jc w:val="center"/>
      </w:pPr>
      <w:r>
        <w:rPr>
          <w:b/>
          <w:sz w:val="28"/>
        </w:rPr>
        <w:t>DECLARAȚIE PE PROPRIE RĂSPUNDERE</w:t>
      </w:r>
    </w:p>
    <w:p w14:paraId="37560366" w14:textId="7853CF37" w:rsidR="00403BC7" w:rsidRDefault="00000000">
      <w:pPr>
        <w:spacing w:after="240"/>
        <w:jc w:val="both"/>
      </w:pPr>
      <w:proofErr w:type="spellStart"/>
      <w:r>
        <w:t>Subsemnatul</w:t>
      </w:r>
      <w:proofErr w:type="spellEnd"/>
      <w:r>
        <w:t xml:space="preserve">/a, </w:t>
      </w:r>
      <w:r w:rsidR="009846C1">
        <w:rPr>
          <w:b/>
        </w:rPr>
        <w:t>……………………………………………………………………………….</w:t>
      </w:r>
      <w:r>
        <w:t xml:space="preserve">, </w:t>
      </w:r>
      <w:proofErr w:type="spellStart"/>
      <w:r>
        <w:t>domiciliat</w:t>
      </w:r>
      <w:proofErr w:type="spellEnd"/>
      <w:r>
        <w:t xml:space="preserve">/ă </w:t>
      </w:r>
      <w:proofErr w:type="spellStart"/>
      <w:r>
        <w:t>în</w:t>
      </w:r>
      <w:proofErr w:type="spellEnd"/>
      <w:r>
        <w:t xml:space="preserve"> </w:t>
      </w:r>
      <w:proofErr w:type="spellStart"/>
      <w:r>
        <w:t>localitatea</w:t>
      </w:r>
      <w:proofErr w:type="spellEnd"/>
      <w:r>
        <w:t xml:space="preserve"> </w:t>
      </w:r>
      <w:r w:rsidR="009846C1">
        <w:rPr>
          <w:b/>
        </w:rPr>
        <w:t>…………………</w:t>
      </w:r>
      <w:r>
        <w:t xml:space="preserve">, str. </w:t>
      </w:r>
      <w:r w:rsidR="009846C1">
        <w:rPr>
          <w:b/>
        </w:rPr>
        <w:t>…………………….</w:t>
      </w:r>
      <w:r>
        <w:t>, nr</w:t>
      </w:r>
      <w:r w:rsidR="009846C1">
        <w:t>………</w:t>
      </w:r>
      <w:r>
        <w:t xml:space="preserve">, bl. </w:t>
      </w:r>
      <w:r w:rsidR="009846C1">
        <w:rPr>
          <w:b/>
        </w:rPr>
        <w:t>………</w:t>
      </w:r>
      <w:r>
        <w:t xml:space="preserve">, sc. </w:t>
      </w:r>
      <w:r w:rsidR="009846C1">
        <w:rPr>
          <w:b/>
        </w:rPr>
        <w:t>……….</w:t>
      </w:r>
      <w:r>
        <w:t xml:space="preserve">, ap. </w:t>
      </w:r>
      <w:r w:rsidR="009846C1">
        <w:rPr>
          <w:b/>
        </w:rPr>
        <w:t>………….</w:t>
      </w:r>
      <w:r>
        <w:t xml:space="preserve">, </w:t>
      </w:r>
      <w:proofErr w:type="spellStart"/>
      <w:r>
        <w:t>județul</w:t>
      </w:r>
      <w:proofErr w:type="spellEnd"/>
      <w:r>
        <w:t>/</w:t>
      </w:r>
      <w:proofErr w:type="spellStart"/>
      <w:r>
        <w:t>sectorul</w:t>
      </w:r>
      <w:proofErr w:type="spellEnd"/>
      <w:r>
        <w:t xml:space="preserve"> </w:t>
      </w:r>
      <w:r w:rsidR="009846C1">
        <w:rPr>
          <w:b/>
        </w:rPr>
        <w:t>………………….</w:t>
      </w:r>
      <w:r>
        <w:t xml:space="preserve">, posesor/oare al/a BI/CI seria </w:t>
      </w:r>
      <w:r w:rsidR="009846C1">
        <w:rPr>
          <w:b/>
        </w:rPr>
        <w:t>………</w:t>
      </w:r>
      <w:r>
        <w:t xml:space="preserve">, nr. </w:t>
      </w:r>
      <w:r w:rsidR="009846C1">
        <w:rPr>
          <w:b/>
        </w:rPr>
        <w:t>…………….</w:t>
      </w:r>
      <w:r>
        <w:t xml:space="preserve"> </w:t>
      </w:r>
      <w:proofErr w:type="spellStart"/>
      <w:r>
        <w:t>eliberat</w:t>
      </w:r>
      <w:proofErr w:type="spellEnd"/>
      <w:r>
        <w:t xml:space="preserve">/ă de </w:t>
      </w:r>
      <w:r w:rsidR="009846C1">
        <w:rPr>
          <w:b/>
        </w:rPr>
        <w:t>……………</w:t>
      </w:r>
      <w:proofErr w:type="gramStart"/>
      <w:r w:rsidR="009846C1">
        <w:rPr>
          <w:b/>
        </w:rPr>
        <w:t>…..</w:t>
      </w:r>
      <w:proofErr w:type="gramEnd"/>
      <w:r>
        <w:t xml:space="preserve"> la data de </w:t>
      </w:r>
      <w:r w:rsidR="009846C1">
        <w:rPr>
          <w:b/>
        </w:rPr>
        <w:t>………………………</w:t>
      </w:r>
      <w:proofErr w:type="gramStart"/>
      <w:r w:rsidR="009846C1">
        <w:rPr>
          <w:b/>
        </w:rPr>
        <w:t>…..</w:t>
      </w:r>
      <w:proofErr w:type="gramEnd"/>
      <w:r>
        <w:t xml:space="preserve"> CNP </w:t>
      </w:r>
      <w:r w:rsidR="009846C1">
        <w:rPr>
          <w:b/>
        </w:rPr>
        <w:t>………………………</w:t>
      </w:r>
      <w:proofErr w:type="gramStart"/>
      <w:r w:rsidR="009846C1">
        <w:rPr>
          <w:b/>
        </w:rPr>
        <w:t>… .</w:t>
      </w:r>
      <w:proofErr w:type="gramEnd"/>
    </w:p>
    <w:p w14:paraId="79CD3BD7" w14:textId="77777777" w:rsidR="00403BC7" w:rsidRDefault="00000000">
      <w:pPr>
        <w:spacing w:after="240"/>
        <w:jc w:val="both"/>
      </w:pPr>
      <w:r>
        <w:t xml:space="preserve">în calitate de candidat pentru înscrierea la cursul de perfecționare </w:t>
      </w:r>
      <w:r>
        <w:rPr>
          <w:b/>
        </w:rPr>
        <w:t>„Specialist în protocol și ceremonial”</w:t>
      </w:r>
      <w:r>
        <w:t xml:space="preserve"> organizat de </w:t>
      </w:r>
      <w:r>
        <w:rPr>
          <w:b/>
        </w:rPr>
        <w:t>A+ Training</w:t>
      </w:r>
      <w:r>
        <w:t>,</w:t>
      </w:r>
    </w:p>
    <w:p w14:paraId="517D9480" w14:textId="77777777" w:rsidR="00403BC7" w:rsidRDefault="00000000">
      <w:pPr>
        <w:spacing w:after="240"/>
        <w:jc w:val="both"/>
      </w:pPr>
      <w:r>
        <w:t xml:space="preserve">cunoscând prevederile art. 326 din Codul Penal privind falsul în declarații, declar pe proprie răspundere că </w:t>
      </w:r>
      <w:r>
        <w:rPr>
          <w:b/>
        </w:rPr>
        <w:t>dețin competențele digitale și sociale necesare</w:t>
      </w:r>
      <w:r>
        <w:t xml:space="preserve"> pentru participarea, parcurgerea și finalizarea optimă a acestui program de formare profesională.</w:t>
      </w:r>
    </w:p>
    <w:p w14:paraId="59B6D3D5" w14:textId="77777777" w:rsidR="00403BC7" w:rsidRDefault="00000000">
      <w:pPr>
        <w:spacing w:after="120"/>
        <w:jc w:val="both"/>
      </w:pPr>
      <w:r>
        <w:t>În acest sens, certific faptul că:</w:t>
      </w:r>
    </w:p>
    <w:p w14:paraId="55E96A58" w14:textId="77777777" w:rsidR="00403BC7" w:rsidRDefault="00000000">
      <w:pPr>
        <w:pStyle w:val="ListBullet"/>
        <w:spacing w:after="120"/>
        <w:jc w:val="both"/>
      </w:pPr>
      <w:r>
        <w:rPr>
          <w:b/>
        </w:rPr>
        <w:t xml:space="preserve">Dețin competențe digitale: </w:t>
      </w:r>
      <w:r>
        <w:t>am capacitatea de a utiliza computerul/dispozitivele mobile, pot naviga pe internet, pot folosi poșta electronică (e-mail) și am abilitățile tehnice minime pentru a accesa și utiliza platforme de e-learning sau instrumente de comunicare online.</w:t>
      </w:r>
    </w:p>
    <w:p w14:paraId="76A1953F" w14:textId="77777777" w:rsidR="00403BC7" w:rsidRDefault="00000000">
      <w:pPr>
        <w:pStyle w:val="ListBullet"/>
        <w:spacing w:after="240"/>
        <w:jc w:val="both"/>
      </w:pPr>
      <w:r>
        <w:rPr>
          <w:b/>
        </w:rPr>
        <w:t xml:space="preserve">Dețin competențe sociale: </w:t>
      </w:r>
      <w:r>
        <w:t>posed abilități de comunicare interpersonală, capacitate de adaptare la un mediu de învățare de grup, respect față de regulile de conduită și etică, elemente esențiale specifice standardului ocupațional al unui specialist în protocol.</w:t>
      </w:r>
    </w:p>
    <w:p w14:paraId="2FE78594" w14:textId="77777777" w:rsidR="00403BC7" w:rsidRDefault="00000000">
      <w:pPr>
        <w:spacing w:after="720"/>
        <w:jc w:val="both"/>
      </w:pPr>
      <w:r>
        <w:t>Dau prezenta declarație pentru a-mi servi la dosarul de înscriere în cadrul A+ Training.</w:t>
      </w:r>
    </w:p>
    <w:p w14:paraId="5FFC43A0" w14:textId="14D20477" w:rsidR="00403BC7" w:rsidRDefault="00000000">
      <w:pPr>
        <w:spacing w:after="120"/>
      </w:pPr>
      <w:r>
        <w:rPr>
          <w:b/>
        </w:rPr>
        <w:t xml:space="preserve">Data: </w:t>
      </w:r>
      <w:r w:rsidR="009846C1">
        <w:t>…………………………………….</w:t>
      </w:r>
    </w:p>
    <w:p w14:paraId="6BBB2830" w14:textId="77777777" w:rsidR="00403BC7" w:rsidRDefault="00000000">
      <w:r>
        <w:rPr>
          <w:b/>
        </w:rPr>
        <w:t xml:space="preserve">Semnătura: </w:t>
      </w:r>
      <w:r>
        <w:t>___________________________</w:t>
      </w:r>
    </w:p>
    <w:sectPr w:rsidR="00403BC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EFD4D" w14:textId="77777777" w:rsidR="00D0716D" w:rsidRDefault="00D0716D" w:rsidP="009846C1">
      <w:pPr>
        <w:spacing w:after="0" w:line="240" w:lineRule="auto"/>
      </w:pPr>
      <w:r>
        <w:separator/>
      </w:r>
    </w:p>
  </w:endnote>
  <w:endnote w:type="continuationSeparator" w:id="0">
    <w:p w14:paraId="46CBF8A5" w14:textId="77777777" w:rsidR="00D0716D" w:rsidRDefault="00D0716D" w:rsidP="00984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57A46" w14:textId="77777777" w:rsidR="00D0716D" w:rsidRDefault="00D0716D" w:rsidP="009846C1">
      <w:pPr>
        <w:spacing w:after="0" w:line="240" w:lineRule="auto"/>
      </w:pPr>
      <w:r>
        <w:separator/>
      </w:r>
    </w:p>
  </w:footnote>
  <w:footnote w:type="continuationSeparator" w:id="0">
    <w:p w14:paraId="454B867F" w14:textId="77777777" w:rsidR="00D0716D" w:rsidRDefault="00D0716D" w:rsidP="00984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6D2F0" w14:textId="726B3408" w:rsidR="009846C1" w:rsidRDefault="009846C1">
    <w:pPr>
      <w:pStyle w:val="Header"/>
    </w:pPr>
    <w:r>
      <w:t>SC A+ TRAINING SRL</w:t>
    </w:r>
  </w:p>
  <w:p w14:paraId="15B814F0" w14:textId="51BDF11E" w:rsidR="009846C1" w:rsidRDefault="009846C1">
    <w:pPr>
      <w:pStyle w:val="Header"/>
    </w:pPr>
    <w:r>
      <w:t>CUI 50035609</w:t>
    </w:r>
  </w:p>
  <w:p w14:paraId="7ED7F9BD" w14:textId="28EBD03B" w:rsidR="009846C1" w:rsidRDefault="009846C1">
    <w:pPr>
      <w:pStyle w:val="Header"/>
    </w:pPr>
    <w:hyperlink r:id="rId1" w:history="1">
      <w:r w:rsidRPr="00327D8B">
        <w:rPr>
          <w:rStyle w:val="Hyperlink"/>
        </w:rPr>
        <w:t>contact@apluscursuri.ro</w:t>
      </w:r>
    </w:hyperlink>
  </w:p>
  <w:p w14:paraId="4D8BBF30" w14:textId="27288D4B" w:rsidR="009846C1" w:rsidRDefault="009846C1">
    <w:pPr>
      <w:pStyle w:val="Header"/>
    </w:pPr>
    <w:proofErr w:type="spellStart"/>
    <w:proofErr w:type="gramStart"/>
    <w:r>
      <w:t>tel</w:t>
    </w:r>
    <w:proofErr w:type="spellEnd"/>
    <w:r>
      <w:t xml:space="preserve"> :</w:t>
    </w:r>
    <w:proofErr w:type="gramEnd"/>
    <w:r>
      <w:t xml:space="preserve"> 0753.333.331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5263196">
    <w:abstractNumId w:val="8"/>
  </w:num>
  <w:num w:numId="2" w16cid:durableId="374813475">
    <w:abstractNumId w:val="6"/>
  </w:num>
  <w:num w:numId="3" w16cid:durableId="1857839014">
    <w:abstractNumId w:val="5"/>
  </w:num>
  <w:num w:numId="4" w16cid:durableId="1265380507">
    <w:abstractNumId w:val="4"/>
  </w:num>
  <w:num w:numId="5" w16cid:durableId="177238770">
    <w:abstractNumId w:val="7"/>
  </w:num>
  <w:num w:numId="6" w16cid:durableId="867913466">
    <w:abstractNumId w:val="3"/>
  </w:num>
  <w:num w:numId="7" w16cid:durableId="1732264255">
    <w:abstractNumId w:val="2"/>
  </w:num>
  <w:num w:numId="8" w16cid:durableId="276642857">
    <w:abstractNumId w:val="1"/>
  </w:num>
  <w:num w:numId="9" w16cid:durableId="446461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03BC7"/>
    <w:rsid w:val="009846C1"/>
    <w:rsid w:val="00AA1D8D"/>
    <w:rsid w:val="00B47730"/>
    <w:rsid w:val="00CB0664"/>
    <w:rsid w:val="00D071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9D55EE"/>
  <w14:defaultImageDpi w14:val="300"/>
  <w15:docId w15:val="{70CD20E3-6D42-44F5-A6E1-4BE8CD52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846C1"/>
    <w:rPr>
      <w:color w:val="0000FF" w:themeColor="hyperlink"/>
      <w:u w:val="single"/>
    </w:rPr>
  </w:style>
  <w:style w:type="character" w:styleId="UnresolvedMention">
    <w:name w:val="Unresolved Mention"/>
    <w:basedOn w:val="DefaultParagraphFont"/>
    <w:uiPriority w:val="99"/>
    <w:semiHidden/>
    <w:unhideWhenUsed/>
    <w:rsid w:val="00984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contact@apluscursur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211</Words>
  <Characters>1205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Lucian</cp:lastModifiedBy>
  <cp:revision>2</cp:revision>
  <dcterms:created xsi:type="dcterms:W3CDTF">2026-10-07T08:52:00Z</dcterms:created>
  <dcterms:modified xsi:type="dcterms:W3CDTF">2026-10-07T08:52:00Z</dcterms:modified>
  <cp:category/>
</cp:coreProperties>
</file>